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4A2EC629" w:rsidR="004A27F2" w:rsidRPr="00DC133A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DC13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1</w:t>
      </w:r>
      <w:r w:rsidR="00B67FFE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1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5EBA949D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0C0C8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0C0C8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="00491A7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491A7C" w:rsidRPr="00491A7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55-Ն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188F1A73" w14:textId="77777777" w:rsidR="00C0643F" w:rsidRPr="00C0643F" w:rsidRDefault="00C0643F" w:rsidP="00C0643F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064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 </w:t>
      </w:r>
    </w:p>
    <w:p w14:paraId="44F65CFB" w14:textId="77777777" w:rsidR="00C0643F" w:rsidRPr="00C0643F" w:rsidRDefault="00C0643F" w:rsidP="00C0643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C064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 Ա Տ Յ Ա Ն</w:t>
      </w:r>
    </w:p>
    <w:p w14:paraId="238D0E50" w14:textId="2C1A7118" w:rsidR="00C0643F" w:rsidRPr="00C0643F" w:rsidRDefault="008623EF" w:rsidP="006762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ԿԱԼԱՆԱՎՈՐՎԱԾ ԱՆՁԱՆՑ ԵՎ ԴԱՏԱՊԱՐՏՅԱԼՆԵՐԻ Ա</w:t>
      </w:r>
      <w:r w:rsidR="00C0643F" w:rsidRPr="00C064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ՌՈՂՋԱՊԱՀԱԿԱՆ ՄԱՐՄԻՆՆԵՐԻ ԲՈՒԺԱԿԱՆ ՀԻՄՆԱՐԿ</w:t>
      </w:r>
      <w:r w:rsidR="00C064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ՆԵՐ</w:t>
      </w:r>
      <w:r w:rsidR="0067629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C0643F" w:rsidRPr="00C064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ՓՈԽԱԴՐՄԱՆ ՀԱՇՎԱՌՄԱՆ</w:t>
      </w:r>
    </w:p>
    <w:p w14:paraId="756AE7BB" w14:textId="77777777" w:rsidR="00C0643F" w:rsidRPr="00C0643F" w:rsidRDefault="00C0643F" w:rsidP="00C0643F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064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 </w:t>
      </w:r>
    </w:p>
    <w:tbl>
      <w:tblPr>
        <w:tblW w:w="14175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694"/>
        <w:gridCol w:w="1559"/>
        <w:gridCol w:w="4203"/>
        <w:gridCol w:w="2127"/>
        <w:gridCol w:w="2976"/>
      </w:tblGrid>
      <w:tr w:rsidR="007C5C6B" w:rsidRPr="00491A7C" w14:paraId="26DBA396" w14:textId="77777777" w:rsidTr="007C5C6B">
        <w:trPr>
          <w:trHeight w:val="1078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48D484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020D8EDE" w14:textId="46EA2636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E95FD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5F3D05B8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Անուն, ազգանուն, հայրանուն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14986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093E5FD1" w14:textId="442CF3BB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en-US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Ծննդյան 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օր, ամիս, տարի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EE8900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320AA80E" w14:textId="779E2C3F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Ախտորոշումը փոխադրվելիս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DDFFDE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28ADDF3C" w14:textId="2C98359E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Փոխադրման օր, ամիս, տարի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59D6BE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5E8FF79C" w14:textId="719828F3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Առողջապահական մարմինների բուժական հիմնարկի անվանում</w:t>
            </w:r>
          </w:p>
        </w:tc>
      </w:tr>
      <w:tr w:rsidR="007C5C6B" w:rsidRPr="008A583A" w14:paraId="627DA560" w14:textId="77777777" w:rsidTr="007C5C6B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1F7AC5" w14:textId="39C0FAA6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B5CA21" w14:textId="3B5C8E2B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1849C6" w14:textId="68C6D59F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D31F74" w14:textId="2EFE11F9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6A558C" w14:textId="640455CC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5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609C5F" w14:textId="155C52DF" w:rsidR="007C5C6B" w:rsidRPr="00500125" w:rsidRDefault="007C5C6B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6</w:t>
            </w:r>
          </w:p>
        </w:tc>
      </w:tr>
      <w:tr w:rsidR="007C5C6B" w:rsidRPr="008A583A" w14:paraId="69C01362" w14:textId="77777777" w:rsidTr="007C5C6B">
        <w:trPr>
          <w:trHeight w:val="243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3E33DD" w14:textId="2C25C6BA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584C8C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D7799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61C8CD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613E5D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A22537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  <w:tr w:rsidR="007C5C6B" w:rsidRPr="008A583A" w14:paraId="169619EF" w14:textId="77777777" w:rsidTr="007C5C6B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B476F7" w14:textId="4045914E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44857A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C13F15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9DF773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2AC320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CA65A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  <w:tr w:rsidR="007C5C6B" w:rsidRPr="008A583A" w14:paraId="362CA9EC" w14:textId="77777777" w:rsidTr="007C5C6B">
        <w:trPr>
          <w:trHeight w:val="243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6D970E" w14:textId="3B6F0817" w:rsidR="007C5C6B" w:rsidRPr="00C0643F" w:rsidRDefault="007C5C6B" w:rsidP="00C0643F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48B486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25A9D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9AFC04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C3347E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1962C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  <w:tr w:rsidR="007C5C6B" w:rsidRPr="008A583A" w14:paraId="4084DA54" w14:textId="77777777" w:rsidTr="007C5C6B">
        <w:trPr>
          <w:trHeight w:val="254"/>
          <w:tblCellSpacing w:w="0" w:type="dxa"/>
        </w:trPr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7F881E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5C862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351724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59B1F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DC9BF8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5883A3" w14:textId="77777777" w:rsidR="007C5C6B" w:rsidRPr="00C0643F" w:rsidRDefault="007C5C6B" w:rsidP="00C0643F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</w:tbl>
    <w:p w14:paraId="2F529774" w14:textId="77777777" w:rsidR="00C0643F" w:rsidRPr="000259EE" w:rsidRDefault="00C0643F" w:rsidP="00C0643F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tbl>
      <w:tblPr>
        <w:tblW w:w="14175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409"/>
        <w:gridCol w:w="1843"/>
        <w:gridCol w:w="1843"/>
        <w:gridCol w:w="2268"/>
        <w:gridCol w:w="3969"/>
      </w:tblGrid>
      <w:tr w:rsidR="001425FC" w:rsidRPr="00491A7C" w14:paraId="57144006" w14:textId="77777777" w:rsidTr="006A59DF">
        <w:trPr>
          <w:trHeight w:val="1078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19A7C3" w14:textId="05E2F1F3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5945B848" w14:textId="26C4BE61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Փոխադրման ձևը` շտապ/պլանային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BB9731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51A4285D" w14:textId="2D24AC96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Փոխադրման տեսակը` </w:t>
            </w:r>
            <w:r w:rsidR="00990A03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օրենսդրությամբ սահմանված</w:t>
            </w: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ուղեգրով/վճարովի հիմունքներով            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D5167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11189930" w14:textId="6A6825F4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Ուղեգրի                  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</w:t>
            </w: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համար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985D3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234FE31E" w14:textId="696E5C39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Մահճակալ 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            </w:t>
            </w: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օրերի թիվ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C8CC4A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14521D49" w14:textId="6B09D116" w:rsidR="001425FC" w:rsidRPr="00C0643F" w:rsidRDefault="006A59DF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Քրեակատարողական հիմնարկ</w:t>
            </w:r>
            <w:r w:rsidR="001425FC"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վերադարձի օր, ամիս, ամսաթիվ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3A2A4D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  <w:p w14:paraId="2B7588F7" w14:textId="403272BA" w:rsidR="001425FC" w:rsidRPr="00C0643F" w:rsidRDefault="001425FC" w:rsidP="00D177AC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Փոխադրման նպատակը` խորհրդատվություն/ հետազոտություն/ բուժում</w:t>
            </w:r>
          </w:p>
        </w:tc>
      </w:tr>
      <w:tr w:rsidR="001425FC" w:rsidRPr="008A583A" w14:paraId="1F654835" w14:textId="77777777" w:rsidTr="006A59DF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AF5A9A" w14:textId="7F285835" w:rsidR="001425FC" w:rsidRPr="00500125" w:rsidRDefault="00450989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337873" w14:textId="52BAFAFB" w:rsidR="001425FC" w:rsidRPr="00500125" w:rsidRDefault="00450989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09797" w14:textId="7FE8D749" w:rsidR="001425FC" w:rsidRPr="00500125" w:rsidRDefault="00450989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E43E17" w14:textId="05E08378" w:rsidR="001425FC" w:rsidRPr="00500125" w:rsidRDefault="00450989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2EE814" w14:textId="1B8C507A" w:rsidR="001425FC" w:rsidRPr="00500125" w:rsidRDefault="008A583A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  <w:r w:rsidR="00450989"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89F413" w14:textId="77A15A80" w:rsidR="001425FC" w:rsidRPr="00500125" w:rsidRDefault="008A583A" w:rsidP="008A583A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  <w:r w:rsidR="00450989" w:rsidRPr="0050012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2</w:t>
            </w:r>
          </w:p>
        </w:tc>
      </w:tr>
      <w:tr w:rsidR="001425FC" w:rsidRPr="008A583A" w14:paraId="619E7D23" w14:textId="77777777" w:rsidTr="006A59DF">
        <w:trPr>
          <w:trHeight w:val="243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D5AF44" w14:textId="0F8F6A13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195FA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D35C3C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86170E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2F42D6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23E1EA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1425FC" w:rsidRPr="008A583A" w14:paraId="130AC323" w14:textId="77777777" w:rsidTr="006A59DF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70C594" w14:textId="6BC1C3CA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587743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41D88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DBC3B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3AE466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58E309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1425FC" w:rsidRPr="008A583A" w14:paraId="7038FFF4" w14:textId="77777777" w:rsidTr="006A59DF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60F2E7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536966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FF53F4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44B90A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7BA926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14DB97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1425FC" w:rsidRPr="008A583A" w14:paraId="5BEC9994" w14:textId="77777777" w:rsidTr="006A59DF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41EAC9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D9080C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684E8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F59C3C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78F7A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80173" w14:textId="77777777" w:rsidR="001425FC" w:rsidRPr="00C0643F" w:rsidRDefault="001425FC" w:rsidP="00D177AC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</w:tbl>
    <w:p w14:paraId="5A79C0EB" w14:textId="2DB71CFB" w:rsidR="004B1472" w:rsidRPr="007D76BF" w:rsidRDefault="004B1472" w:rsidP="00990A03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color w:val="FF0000"/>
          <w:sz w:val="24"/>
          <w:szCs w:val="24"/>
          <w:lang w:val="hy-AM" w:eastAsia="ru-RU"/>
        </w:rPr>
      </w:pPr>
    </w:p>
    <w:sectPr w:rsidR="004B1472" w:rsidRPr="007D76BF" w:rsidSect="00D177AC">
      <w:pgSz w:w="15840" w:h="12240" w:orient="landscape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990925">
    <w:abstractNumId w:val="8"/>
  </w:num>
  <w:num w:numId="2" w16cid:durableId="930354693">
    <w:abstractNumId w:val="6"/>
  </w:num>
  <w:num w:numId="3" w16cid:durableId="1053113449">
    <w:abstractNumId w:val="5"/>
  </w:num>
  <w:num w:numId="4" w16cid:durableId="1205872950">
    <w:abstractNumId w:val="4"/>
  </w:num>
  <w:num w:numId="5" w16cid:durableId="96218589">
    <w:abstractNumId w:val="7"/>
  </w:num>
  <w:num w:numId="6" w16cid:durableId="1524399937">
    <w:abstractNumId w:val="3"/>
  </w:num>
  <w:num w:numId="7" w16cid:durableId="62412884">
    <w:abstractNumId w:val="2"/>
  </w:num>
  <w:num w:numId="8" w16cid:durableId="769007230">
    <w:abstractNumId w:val="1"/>
  </w:num>
  <w:num w:numId="9" w16cid:durableId="196988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23978"/>
    <w:rsid w:val="000259EE"/>
    <w:rsid w:val="00033BA7"/>
    <w:rsid w:val="000474E1"/>
    <w:rsid w:val="00047738"/>
    <w:rsid w:val="00056FC1"/>
    <w:rsid w:val="0006664C"/>
    <w:rsid w:val="00067478"/>
    <w:rsid w:val="00070A1D"/>
    <w:rsid w:val="00083C6D"/>
    <w:rsid w:val="00086D99"/>
    <w:rsid w:val="0009623A"/>
    <w:rsid w:val="000C0BD3"/>
    <w:rsid w:val="000C0C8C"/>
    <w:rsid w:val="000F1033"/>
    <w:rsid w:val="000F78A4"/>
    <w:rsid w:val="00101343"/>
    <w:rsid w:val="0010149F"/>
    <w:rsid w:val="00113222"/>
    <w:rsid w:val="0012648F"/>
    <w:rsid w:val="00141F19"/>
    <w:rsid w:val="001425FC"/>
    <w:rsid w:val="00153627"/>
    <w:rsid w:val="00156858"/>
    <w:rsid w:val="00164169"/>
    <w:rsid w:val="00171181"/>
    <w:rsid w:val="00174690"/>
    <w:rsid w:val="001B4937"/>
    <w:rsid w:val="001C561D"/>
    <w:rsid w:val="001D32CC"/>
    <w:rsid w:val="00200731"/>
    <w:rsid w:val="00217938"/>
    <w:rsid w:val="00227AFF"/>
    <w:rsid w:val="00230516"/>
    <w:rsid w:val="00230BA6"/>
    <w:rsid w:val="0023647A"/>
    <w:rsid w:val="002432F0"/>
    <w:rsid w:val="0027380A"/>
    <w:rsid w:val="002756C9"/>
    <w:rsid w:val="002871E6"/>
    <w:rsid w:val="00295E18"/>
    <w:rsid w:val="002C7D55"/>
    <w:rsid w:val="002E47E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A6125"/>
    <w:rsid w:val="003C0114"/>
    <w:rsid w:val="003C49D8"/>
    <w:rsid w:val="003E0AF6"/>
    <w:rsid w:val="003E65D5"/>
    <w:rsid w:val="00407F89"/>
    <w:rsid w:val="00415492"/>
    <w:rsid w:val="00421586"/>
    <w:rsid w:val="0042271E"/>
    <w:rsid w:val="004316DB"/>
    <w:rsid w:val="00450989"/>
    <w:rsid w:val="00451F9C"/>
    <w:rsid w:val="00467EBA"/>
    <w:rsid w:val="00477A5E"/>
    <w:rsid w:val="00481054"/>
    <w:rsid w:val="00491A7C"/>
    <w:rsid w:val="00491C1B"/>
    <w:rsid w:val="004A27F2"/>
    <w:rsid w:val="004B1472"/>
    <w:rsid w:val="004D0C0A"/>
    <w:rsid w:val="00500125"/>
    <w:rsid w:val="00511CB6"/>
    <w:rsid w:val="005325E3"/>
    <w:rsid w:val="005554AB"/>
    <w:rsid w:val="005561FC"/>
    <w:rsid w:val="0056422F"/>
    <w:rsid w:val="00566C80"/>
    <w:rsid w:val="005736FA"/>
    <w:rsid w:val="00581741"/>
    <w:rsid w:val="00584EF8"/>
    <w:rsid w:val="00585129"/>
    <w:rsid w:val="0059012B"/>
    <w:rsid w:val="00592944"/>
    <w:rsid w:val="005B2A72"/>
    <w:rsid w:val="005D3AE9"/>
    <w:rsid w:val="005E3AA5"/>
    <w:rsid w:val="005E6329"/>
    <w:rsid w:val="0060098B"/>
    <w:rsid w:val="006227C4"/>
    <w:rsid w:val="00623F1B"/>
    <w:rsid w:val="00636765"/>
    <w:rsid w:val="00642078"/>
    <w:rsid w:val="0067146D"/>
    <w:rsid w:val="00676296"/>
    <w:rsid w:val="00682822"/>
    <w:rsid w:val="00687ED4"/>
    <w:rsid w:val="006A59DF"/>
    <w:rsid w:val="006B59B9"/>
    <w:rsid w:val="006B74F4"/>
    <w:rsid w:val="006D2CE4"/>
    <w:rsid w:val="006E6724"/>
    <w:rsid w:val="006F7A5A"/>
    <w:rsid w:val="00710992"/>
    <w:rsid w:val="00711122"/>
    <w:rsid w:val="00743F8A"/>
    <w:rsid w:val="00747499"/>
    <w:rsid w:val="00773F7B"/>
    <w:rsid w:val="0078659D"/>
    <w:rsid w:val="00787088"/>
    <w:rsid w:val="00795DD6"/>
    <w:rsid w:val="007C438B"/>
    <w:rsid w:val="007C576C"/>
    <w:rsid w:val="007C5C6B"/>
    <w:rsid w:val="007D404F"/>
    <w:rsid w:val="007D76BF"/>
    <w:rsid w:val="007F602B"/>
    <w:rsid w:val="008001C8"/>
    <w:rsid w:val="00820087"/>
    <w:rsid w:val="00820AD1"/>
    <w:rsid w:val="008304B3"/>
    <w:rsid w:val="00833FBA"/>
    <w:rsid w:val="008438EC"/>
    <w:rsid w:val="00856FDA"/>
    <w:rsid w:val="008623EF"/>
    <w:rsid w:val="008A2778"/>
    <w:rsid w:val="008A583A"/>
    <w:rsid w:val="008B0D6C"/>
    <w:rsid w:val="008C7323"/>
    <w:rsid w:val="008D237B"/>
    <w:rsid w:val="008E0332"/>
    <w:rsid w:val="008E50C0"/>
    <w:rsid w:val="008F4074"/>
    <w:rsid w:val="008F7C6A"/>
    <w:rsid w:val="00901CB4"/>
    <w:rsid w:val="009068D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A03"/>
    <w:rsid w:val="00990EAB"/>
    <w:rsid w:val="00992CF5"/>
    <w:rsid w:val="0099303E"/>
    <w:rsid w:val="009A10A7"/>
    <w:rsid w:val="009B7297"/>
    <w:rsid w:val="009C0418"/>
    <w:rsid w:val="009C078B"/>
    <w:rsid w:val="009D1B6B"/>
    <w:rsid w:val="009D4C01"/>
    <w:rsid w:val="009F57BA"/>
    <w:rsid w:val="00A07596"/>
    <w:rsid w:val="00A14F45"/>
    <w:rsid w:val="00A16F66"/>
    <w:rsid w:val="00A24BAD"/>
    <w:rsid w:val="00A24D31"/>
    <w:rsid w:val="00A375B3"/>
    <w:rsid w:val="00A74BE2"/>
    <w:rsid w:val="00AC5874"/>
    <w:rsid w:val="00AC6EE9"/>
    <w:rsid w:val="00AD7842"/>
    <w:rsid w:val="00AE06C5"/>
    <w:rsid w:val="00AF492A"/>
    <w:rsid w:val="00AF5BDE"/>
    <w:rsid w:val="00B04B12"/>
    <w:rsid w:val="00B10B1E"/>
    <w:rsid w:val="00B26AA0"/>
    <w:rsid w:val="00B40E2F"/>
    <w:rsid w:val="00B4428D"/>
    <w:rsid w:val="00B67FFE"/>
    <w:rsid w:val="00BB2BB6"/>
    <w:rsid w:val="00BC017F"/>
    <w:rsid w:val="00BD38CC"/>
    <w:rsid w:val="00BE6D17"/>
    <w:rsid w:val="00BF3F06"/>
    <w:rsid w:val="00BF444A"/>
    <w:rsid w:val="00BF69D4"/>
    <w:rsid w:val="00C01952"/>
    <w:rsid w:val="00C0643F"/>
    <w:rsid w:val="00C07D09"/>
    <w:rsid w:val="00C112F7"/>
    <w:rsid w:val="00C13635"/>
    <w:rsid w:val="00C24B51"/>
    <w:rsid w:val="00C51DAE"/>
    <w:rsid w:val="00C565B5"/>
    <w:rsid w:val="00C57F01"/>
    <w:rsid w:val="00C77919"/>
    <w:rsid w:val="00C834AD"/>
    <w:rsid w:val="00C86C11"/>
    <w:rsid w:val="00C94B6E"/>
    <w:rsid w:val="00CA65BC"/>
    <w:rsid w:val="00CC1CA7"/>
    <w:rsid w:val="00CC500E"/>
    <w:rsid w:val="00CC5F9E"/>
    <w:rsid w:val="00CF3273"/>
    <w:rsid w:val="00D017E2"/>
    <w:rsid w:val="00D02BBA"/>
    <w:rsid w:val="00D03E41"/>
    <w:rsid w:val="00D1527D"/>
    <w:rsid w:val="00D177AC"/>
    <w:rsid w:val="00D23388"/>
    <w:rsid w:val="00D630FD"/>
    <w:rsid w:val="00D71A5B"/>
    <w:rsid w:val="00D804E1"/>
    <w:rsid w:val="00D91855"/>
    <w:rsid w:val="00D931F6"/>
    <w:rsid w:val="00DA2C16"/>
    <w:rsid w:val="00DA3548"/>
    <w:rsid w:val="00DC1016"/>
    <w:rsid w:val="00DC133A"/>
    <w:rsid w:val="00DC436E"/>
    <w:rsid w:val="00DD6163"/>
    <w:rsid w:val="00DD7055"/>
    <w:rsid w:val="00DE136E"/>
    <w:rsid w:val="00DF3F5F"/>
    <w:rsid w:val="00DF7C56"/>
    <w:rsid w:val="00E207D0"/>
    <w:rsid w:val="00E43C4D"/>
    <w:rsid w:val="00E4663C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6A1E"/>
    <w:rsid w:val="00ED3D89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43842"/>
    <w:rsid w:val="00F53CD5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215</cp:revision>
  <dcterms:created xsi:type="dcterms:W3CDTF">2024-01-04T12:57:00Z</dcterms:created>
  <dcterms:modified xsi:type="dcterms:W3CDTF">2026-08-03T13:12:00Z</dcterms:modified>
</cp:coreProperties>
</file>